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pn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1ACDD" w14:textId="2142B0DF" w:rsidR="005D04A7" w:rsidRPr="00C72E5C" w:rsidRDefault="00C72E5C" w:rsidP="005D04A7">
      <w:pPr>
        <w:jc w:val="center"/>
        <w:rPr>
          <w:rFonts w:ascii="Abadi" w:hAnsi="Abadi"/>
          <w:b/>
          <w:bCs/>
          <w:sz w:val="24"/>
          <w:szCs w:val="24"/>
        </w:rPr>
      </w:pPr>
      <w:r w:rsidRPr="00C72E5C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880C05" wp14:editId="69C5CE03">
            <wp:simplePos x="0" y="0"/>
            <wp:positionH relativeFrom="column">
              <wp:posOffset>3111500</wp:posOffset>
            </wp:positionH>
            <wp:positionV relativeFrom="paragraph">
              <wp:posOffset>0</wp:posOffset>
            </wp:positionV>
            <wp:extent cx="20193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64652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260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929D2" w14:textId="7D7D27D0" w:rsidR="005D04A7" w:rsidRPr="00C72E5C" w:rsidRDefault="005D04A7" w:rsidP="005D04A7">
      <w:pPr>
        <w:jc w:val="center"/>
        <w:rPr>
          <w:rFonts w:ascii="Abadi" w:hAnsi="Abadi"/>
          <w:b/>
          <w:bCs/>
          <w:sz w:val="36"/>
          <w:szCs w:val="36"/>
        </w:rPr>
      </w:pPr>
      <w:r w:rsidRPr="00C72E5C">
        <w:rPr>
          <w:rFonts w:ascii="Abadi" w:hAnsi="Abadi"/>
          <w:b/>
          <w:bCs/>
          <w:sz w:val="36"/>
          <w:szCs w:val="36"/>
        </w:rPr>
        <w:t>Together We CAN – Fund</w:t>
      </w:r>
    </w:p>
    <w:p w14:paraId="6F165CD1" w14:textId="77777777" w:rsidR="005D04A7" w:rsidRPr="00C72E5C" w:rsidRDefault="005D04A7" w:rsidP="005D04A7">
      <w:pPr>
        <w:jc w:val="center"/>
        <w:rPr>
          <w:rFonts w:ascii="Abadi" w:hAnsi="Abadi"/>
          <w:b/>
          <w:bCs/>
          <w:sz w:val="36"/>
          <w:szCs w:val="36"/>
        </w:rPr>
      </w:pPr>
      <w:r w:rsidRPr="00C72E5C">
        <w:rPr>
          <w:rFonts w:ascii="Abadi" w:hAnsi="Abadi"/>
          <w:b/>
          <w:bCs/>
          <w:sz w:val="36"/>
          <w:szCs w:val="36"/>
        </w:rPr>
        <w:t>Application Pack</w:t>
      </w:r>
    </w:p>
    <w:p w14:paraId="60AF48FD" w14:textId="77777777" w:rsidR="00FA5351" w:rsidRPr="00C72E5C" w:rsidRDefault="00FA5351">
      <w:pPr>
        <w:rPr>
          <w:rFonts w:ascii="Abadi" w:hAnsi="Abadi"/>
          <w:b/>
          <w:bCs/>
          <w:sz w:val="24"/>
          <w:szCs w:val="24"/>
        </w:rPr>
      </w:pPr>
    </w:p>
    <w:p w14:paraId="3EFACC53" w14:textId="0D5B11AE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1. ABOUT THE FUND</w:t>
      </w:r>
    </w:p>
    <w:p w14:paraId="367D6D56" w14:textId="7392E052" w:rsidR="005F3D7A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Together We CAN </w:t>
      </w:r>
      <w:r w:rsidR="00074EDB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community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Fund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has over £6,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500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to spend on community projects</w:t>
      </w:r>
      <w:r w:rsidR="00074ED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in SW Burnley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.  We will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support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community to run their own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small projects that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will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benefit </w:t>
      </w:r>
      <w:r w:rsidR="005D04A7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community. 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Residents, groups, young people, and organisations can all apply — and local people will vote to decide which projects get funded.</w:t>
      </w:r>
    </w:p>
    <w:p w14:paraId="71632BD0" w14:textId="77777777" w:rsidR="00ED0878" w:rsidRP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ED0878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SW Burnley Map</w:t>
      </w:r>
    </w:p>
    <w:p w14:paraId="0AD8AA11" w14:textId="7832B4BF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ED0878">
        <w:rPr>
          <w:rFonts w:ascii="Segoe UI" w:eastAsia="Times New Roman" w:hAnsi="Segoe UI" w:cs="Segoe U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3E56EEC" wp14:editId="026E22F6">
            <wp:simplePos x="0" y="0"/>
            <wp:positionH relativeFrom="column">
              <wp:posOffset>76200</wp:posOffset>
            </wp:positionH>
            <wp:positionV relativeFrom="paragraph">
              <wp:posOffset>-635</wp:posOffset>
            </wp:positionV>
            <wp:extent cx="25971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89" y="21421"/>
                <wp:lineTo x="21389" y="0"/>
                <wp:lineTo x="0" y="0"/>
              </wp:wrapPolygon>
            </wp:wrapTight>
            <wp:docPr id="583488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880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eastAsia="Times New Roman" w:hAnsi="Segoe UI" w:cs="Segoe UI"/>
          <w:sz w:val="24"/>
          <w:szCs w:val="24"/>
          <w:lang w:val="en-GB" w:eastAsia="en-GB"/>
        </w:rPr>
        <w:t>We consider SW Burnley to include the community within the yellow highlights on th</w:t>
      </w:r>
      <w:r w:rsidR="00AA2042">
        <w:rPr>
          <w:rFonts w:ascii="Segoe UI" w:eastAsia="Times New Roman" w:hAnsi="Segoe UI" w:cs="Segoe UI"/>
          <w:sz w:val="24"/>
          <w:szCs w:val="24"/>
          <w:lang w:val="en-GB" w:eastAsia="en-GB"/>
        </w:rPr>
        <w:t>is</w:t>
      </w:r>
      <w:r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map.  </w:t>
      </w:r>
    </w:p>
    <w:p w14:paraId="02FF7177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C1321F3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271701A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55624B0C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2D687DC3" w14:textId="77777777" w:rsidR="00ED0878" w:rsidRDefault="00ED087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04D84646" w14:textId="36E5EAAB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This fund encourages:</w:t>
      </w:r>
    </w:p>
    <w:p w14:paraId="780CB096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New ideas</w:t>
      </w:r>
    </w:p>
    <w:p w14:paraId="19DF5D6F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Community-led activity</w:t>
      </w:r>
    </w:p>
    <w:p w14:paraId="29103761" w14:textId="238A434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Projects that bring people together</w:t>
      </w:r>
      <w:r w:rsidR="00756054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, especially </w:t>
      </w:r>
      <w:r w:rsidR="00756054" w:rsidRPr="00756054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men</w:t>
      </w:r>
      <w:r w:rsidR="00756054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as 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>we know there aren't a lot of things for</w:t>
      </w:r>
      <w:r w:rsidR="00756054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men to do here</w:t>
      </w:r>
    </w:p>
    <w:p w14:paraId="6E2945B9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Positive activities for </w:t>
      </w:r>
      <w:proofErr w:type="gramStart"/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local residents</w:t>
      </w:r>
      <w:proofErr w:type="gramEnd"/>
    </w:p>
    <w:p w14:paraId="4064C0F8" w14:textId="77777777" w:rsidR="005F3D7A" w:rsidRPr="00C72E5C" w:rsidRDefault="005F3D7A" w:rsidP="005F3D7A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Practical improvements to the neighbourhood</w:t>
      </w:r>
    </w:p>
    <w:p w14:paraId="744BC02F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can apply by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form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or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video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(details below).</w:t>
      </w:r>
    </w:p>
    <w:p w14:paraId="623A6934" w14:textId="6993F356" w:rsidR="00187D87" w:rsidRPr="00C72E5C" w:rsidRDefault="00187D87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lastRenderedPageBreak/>
        <w:t xml:space="preserve">Applicants </w:t>
      </w:r>
      <w:r w:rsidR="00171E36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will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present their idea to the community at a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lunchtime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event on 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13 June at Basically Cheer (Former Parkside Methodist Church)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and 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 community who attend will vote for the projects that they'd like to support.  The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winners </w:t>
      </w:r>
      <w:r w:rsidR="00ED0878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will 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find out on the day</w:t>
      </w:r>
      <w:r w:rsidR="00ED0878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if their project is successful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.  Successful applicants will 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then </w:t>
      </w:r>
      <w:r w:rsidR="004B6B16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have until December 2026 to complete their projects.</w:t>
      </w:r>
    </w:p>
    <w:p w14:paraId="658927FE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2. FUND PRIORITIES</w:t>
      </w:r>
    </w:p>
    <w:p w14:paraId="59D01D21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Your idea should support at least one of these priorities:</w:t>
      </w:r>
    </w:p>
    <w:p w14:paraId="1FFA5D5F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Community Connection</w:t>
      </w:r>
    </w:p>
    <w:p w14:paraId="62DCCBF1" w14:textId="3F37E798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Projects that bring people together, reduce isolation, or build relationships.</w:t>
      </w:r>
      <w:r w:rsidR="009C2A4B"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 </w:t>
      </w:r>
      <w:r w:rsidR="009C2A4B" w:rsidRPr="00C72E5C">
        <w:rPr>
          <w:rFonts w:ascii="Segoe UI" w:eastAsia="Times New Roman" w:hAnsi="Segoe UI" w:cs="Segoe UI"/>
          <w:b/>
          <w:bCs/>
          <w:i/>
          <w:iCs/>
          <w:sz w:val="24"/>
          <w:szCs w:val="24"/>
          <w:lang w:val="en-GB" w:eastAsia="en-GB"/>
        </w:rPr>
        <w:t>We welcome project applications from men</w:t>
      </w:r>
    </w:p>
    <w:p w14:paraId="4B88D2DD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Children &amp; Young People</w:t>
      </w:r>
    </w:p>
    <w:p w14:paraId="5B0E3ADB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Positive, safe, inclusive activities for young people.</w:t>
      </w:r>
    </w:p>
    <w:p w14:paraId="4BF4C3D7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Health &amp; Wellbeing</w:t>
      </w:r>
    </w:p>
    <w:p w14:paraId="33F9F14D" w14:textId="16AAE87F" w:rsidR="009C2A4B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Activities that promote physical or mental health.</w:t>
      </w:r>
    </w:p>
    <w:p w14:paraId="01932290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Community Pride &amp; Environment</w:t>
      </w:r>
    </w:p>
    <w:p w14:paraId="04A19009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Projects improving shared spaces, environmental action, or neighbourhood pride.</w:t>
      </w:r>
    </w:p>
    <w:p w14:paraId="451F52B5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 Symbol" w:eastAsia="Times New Roman" w:hAnsi="Segoe UI Symbol" w:cs="Segoe UI Symbol"/>
          <w:b/>
          <w:bCs/>
          <w:sz w:val="24"/>
          <w:szCs w:val="24"/>
          <w:lang w:val="en-GB" w:eastAsia="en-GB"/>
        </w:rPr>
        <w:t>✔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Skills, Learning &amp; Employability</w:t>
      </w:r>
    </w:p>
    <w:p w14:paraId="5DB4B9E2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Activities that build skills, confidence, or job opportunities.</w:t>
      </w:r>
    </w:p>
    <w:p w14:paraId="794C02AB" w14:textId="3CF37325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If uncertain, </w:t>
      </w:r>
      <w:r w:rsidR="005D04A7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come and talk to us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— we are very </w:t>
      </w:r>
      <w:r w:rsidR="00E20F9E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friendly and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flexible.</w:t>
      </w:r>
    </w:p>
    <w:p w14:paraId="740F45B7" w14:textId="3599C9C7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08F27764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3. WHO CAN APPLY</w:t>
      </w:r>
    </w:p>
    <w:p w14:paraId="58DAFF2F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Anyone connected to </w:t>
      </w:r>
      <w:proofErr w:type="gramStart"/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South West</w:t>
      </w:r>
      <w:proofErr w:type="gramEnd"/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Burnley can apply, including:</w:t>
      </w:r>
    </w:p>
    <w:p w14:paraId="09F39566" w14:textId="77777777" w:rsidR="00E20F9E" w:rsidRPr="00C72E5C" w:rsidRDefault="00E20F9E" w:rsidP="00E20F9E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Individual residents</w:t>
      </w:r>
    </w:p>
    <w:p w14:paraId="199380E1" w14:textId="77777777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Local clubs and groups</w:t>
      </w:r>
    </w:p>
    <w:p w14:paraId="5B2BB73E" w14:textId="77777777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Schools (for community-facing activity)</w:t>
      </w:r>
    </w:p>
    <w:p w14:paraId="3721B445" w14:textId="347D9B2F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lastRenderedPageBreak/>
        <w:t>Informal groups</w:t>
      </w:r>
    </w:p>
    <w:p w14:paraId="5802BD63" w14:textId="77777777" w:rsidR="005F3D7A" w:rsidRPr="00C72E5C" w:rsidRDefault="005F3D7A" w:rsidP="005F3D7A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Young people (under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noBreakHyphen/>
        <w:t>18s need an adult supporter)</w:t>
      </w:r>
    </w:p>
    <w:p w14:paraId="1B289C30" w14:textId="41159DE4" w:rsidR="004B6B16" w:rsidRPr="00C72E5C" w:rsidRDefault="004B6B16" w:rsidP="004B6B16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Charities and CICs with less than £5,000 turnover</w:t>
      </w:r>
    </w:p>
    <w:p w14:paraId="7C2868FC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do not need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to be an official group with a constitution.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We can help with finances, safeguarding, publicity, and planning.</w:t>
      </w:r>
    </w:p>
    <w:p w14:paraId="35508C93" w14:textId="39C0D435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6E2DB526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4. HOW TO APPLY</w:t>
      </w:r>
    </w:p>
    <w:p w14:paraId="6A8B5329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can apply in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two different ways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:</w:t>
      </w:r>
    </w:p>
    <w:p w14:paraId="7E023C82" w14:textId="00398570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6D847A8" w14:textId="054D0EF1" w:rsidR="005F3D7A" w:rsidRPr="00C72E5C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OPTION 1 —</w:t>
      </w:r>
      <w:r w:rsidR="009C2A4B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SHORT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APPLICATION FORM</w:t>
      </w:r>
    </w:p>
    <w:p w14:paraId="2241B866" w14:textId="70AFEEA3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Fill in the form included in this pack and </w:t>
      </w:r>
      <w:r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 xml:space="preserve">submit it </w:t>
      </w:r>
      <w:r w:rsidR="00C12ADF"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>to secretary</w:t>
      </w:r>
      <w:r w:rsidR="00C12ADF"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>@westendburnley.co.u</w:t>
      </w:r>
      <w:r w:rsidR="00C12ADF"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>k</w:t>
      </w:r>
      <w:r w:rsidR="00500F69"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 xml:space="preserve"> </w:t>
      </w:r>
      <w:r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>before the deadline.</w:t>
      </w:r>
    </w:p>
    <w:p w14:paraId="4E4BD5A7" w14:textId="5EBC7DF8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4E505523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OPTION 2 — SEND IN A VIDEO APPLICATION</w:t>
      </w:r>
    </w:p>
    <w:p w14:paraId="7ADF0803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Record a simple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2–</w:t>
      </w:r>
      <w:proofErr w:type="gramStart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5 minute</w:t>
      </w:r>
      <w:proofErr w:type="gramEnd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video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using your phone.</w:t>
      </w:r>
    </w:p>
    <w:p w14:paraId="5943554C" w14:textId="2901DF8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In the video, tell us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answers to the questions in the application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:</w:t>
      </w:r>
    </w:p>
    <w:p w14:paraId="072C2858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Who you are</w:t>
      </w:r>
    </w:p>
    <w:p w14:paraId="44146261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What your project idea is</w:t>
      </w:r>
    </w:p>
    <w:p w14:paraId="5D0EF5BC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Who will benefit</w:t>
      </w:r>
    </w:p>
    <w:p w14:paraId="21F6069D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Why your idea is needed</w:t>
      </w:r>
    </w:p>
    <w:p w14:paraId="76687C4A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What you will spend the money on</w:t>
      </w:r>
    </w:p>
    <w:p w14:paraId="2175191F" w14:textId="77777777" w:rsidR="005F3D7A" w:rsidRPr="00C72E5C" w:rsidRDefault="005F3D7A" w:rsidP="005F3D7A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Anything else you feel is important</w:t>
      </w:r>
    </w:p>
    <w:p w14:paraId="24518604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The video does NOT need to be edited or polished.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A simple selfie-style clip is perfect.</w:t>
      </w:r>
    </w:p>
    <w:p w14:paraId="668F136E" w14:textId="24A90D3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You can send videos via WhatsApp, email, or upload — use whatever is easiest. </w:t>
      </w:r>
      <w:r w:rsidR="00325149"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>Send completed videos or applications to</w:t>
      </w:r>
      <w:r w:rsidR="00C12ADF"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 xml:space="preserve"> </w:t>
      </w:r>
      <w:r w:rsidR="00C12ADF" w:rsidRPr="00C12ADF">
        <w:rPr>
          <w:rFonts w:ascii="Segoe UI" w:eastAsia="Times New Roman" w:hAnsi="Segoe UI" w:cs="Segoe UI"/>
          <w:b/>
          <w:bCs/>
          <w:sz w:val="24"/>
          <w:szCs w:val="24"/>
          <w:highlight w:val="yellow"/>
          <w:lang w:val="en-GB" w:eastAsia="en-GB"/>
        </w:rPr>
        <w:t>secretary@westendburnley.co.uk</w:t>
      </w:r>
      <w:r w:rsidR="0032514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</w:t>
      </w:r>
      <w:r w:rsidR="00C12ADF" w:rsidRPr="00C12ADF">
        <w:rPr>
          <w:rFonts w:ascii="Segoe UI" w:eastAsia="Times New Roman" w:hAnsi="Segoe UI" w:cs="Segoe UI"/>
          <w:sz w:val="24"/>
          <w:szCs w:val="24"/>
          <w:highlight w:val="yellow"/>
          <w:lang w:val="en-GB" w:eastAsia="en-GB"/>
        </w:rPr>
        <w:t>or drop it off with any of our partners listed above.</w:t>
      </w:r>
    </w:p>
    <w:p w14:paraId="19E943D9" w14:textId="3FE27D79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24DC89FD" w14:textId="77777777" w:rsidR="005F3D7A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NEED HELP?</w:t>
      </w:r>
    </w:p>
    <w:p w14:paraId="50761683" w14:textId="330F9576" w:rsidR="00795F18" w:rsidRPr="00795F18" w:rsidRDefault="00795F18" w:rsidP="00795F18">
      <w:pPr>
        <w:spacing w:before="100" w:beforeAutospacing="1" w:after="100" w:afterAutospacing="1" w:line="300" w:lineRule="atLeast"/>
        <w:rPr>
          <w:rStyle w:val="normaltextrun"/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If you need help with your application —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form or video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</w:t>
      </w:r>
      <w:r>
        <w:rPr>
          <w:rFonts w:ascii="Segoe UI" w:eastAsia="Times New Roman" w:hAnsi="Segoe UI" w:cs="Segoe UI"/>
          <w:sz w:val="24"/>
          <w:szCs w:val="24"/>
          <w:lang w:val="en-GB" w:eastAsia="en-GB"/>
        </w:rPr>
        <w:t>- w</w:t>
      </w:r>
      <w:proofErr w:type="spellStart"/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e</w:t>
      </w:r>
      <w:proofErr w:type="spellEnd"/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will be holding surgeries at Coal Clough library, so you can come down and ask us any questions that you like about the fund.</w:t>
      </w:r>
    </w:p>
    <w:p w14:paraId="0F1B2BE0" w14:textId="3B0B0F79" w:rsidR="00795F18" w:rsidRPr="00C12ADF" w:rsidRDefault="00795F18" w:rsidP="00795F18">
      <w:p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</w:pPr>
      <w:r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Dates: 2</w:t>
      </w:r>
      <w:r w:rsidR="00C12ADF"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1st</w:t>
      </w:r>
      <w:r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 xml:space="preserve"> April </w:t>
      </w:r>
      <w:r w:rsidR="00C12ADF"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10-11.30</w:t>
      </w:r>
      <w:r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12ADF"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and 27</w:t>
      </w:r>
      <w:r w:rsidR="00C12ADF"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C12ADF" w:rsidRPr="00C12ADF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 xml:space="preserve"> 1-2.30</w:t>
      </w:r>
    </w:p>
    <w:p w14:paraId="7E3806A9" w14:textId="522DD392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Ask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any member of the </w:t>
      </w:r>
      <w:proofErr w:type="gramStart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South West</w:t>
      </w:r>
      <w:proofErr w:type="gramEnd"/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Burnley CAN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to help you.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 xml:space="preserve">We’re happy to support with </w:t>
      </w:r>
      <w:r w:rsidR="00500F69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ideas, 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writing, explaining, or submitting</w:t>
      </w:r>
      <w:r w:rsidR="00795F18">
        <w:rPr>
          <w:rFonts w:ascii="Segoe UI" w:eastAsia="Times New Roman" w:hAnsi="Segoe UI" w:cs="Segoe UI"/>
          <w:sz w:val="24"/>
          <w:szCs w:val="24"/>
          <w:lang w:val="en-GB" w:eastAsia="en-GB"/>
        </w:rPr>
        <w:t>:</w:t>
      </w:r>
    </w:p>
    <w:p w14:paraId="7755C7D3" w14:textId="48F3DE16" w:rsidR="00187D87" w:rsidRPr="00795F18" w:rsidRDefault="00187D87" w:rsidP="00795F18">
      <w:pPr>
        <w:pStyle w:val="ListParagraph"/>
        <w:numPr>
          <w:ilvl w:val="0"/>
          <w:numId w:val="24"/>
        </w:num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</w:pPr>
      <w:proofErr w:type="gramStart"/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Vic </w:t>
      </w:r>
      <w:r w:rsidR="00795F18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-</w:t>
      </w:r>
      <w:proofErr w:type="gramEnd"/>
      <w:r w:rsidR="00795F18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r w:rsidR="00F71723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Basically Cheer</w:t>
      </w:r>
      <w:r w:rsidR="00795F18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hello@basicallycheercic.com</w:t>
      </w:r>
    </w:p>
    <w:p w14:paraId="1701C06B" w14:textId="30E10918" w:rsidR="00187D87" w:rsidRPr="00795F18" w:rsidRDefault="00187D87" w:rsidP="00795F18">
      <w:pPr>
        <w:pStyle w:val="ListParagraph"/>
        <w:numPr>
          <w:ilvl w:val="0"/>
          <w:numId w:val="24"/>
        </w:num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Rachel </w:t>
      </w:r>
      <w:r w:rsidR="00F71723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- </w:t>
      </w:r>
      <w:r w:rsidR="00460B1A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Burnley Leisure and Culture</w:t>
      </w:r>
      <w:r w:rsidR="00D525FE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:</w:t>
      </w:r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 </w:t>
      </w:r>
      <w:r w:rsidR="00926D7B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RDavies@blcgroup.co.uk</w:t>
      </w:r>
    </w:p>
    <w:p w14:paraId="54024EF6" w14:textId="4D0DDCDC" w:rsidR="00187D87" w:rsidRPr="00795F18" w:rsidRDefault="00926D7B" w:rsidP="00795F18">
      <w:pPr>
        <w:pStyle w:val="ListParagraph"/>
        <w:numPr>
          <w:ilvl w:val="0"/>
          <w:numId w:val="24"/>
        </w:num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Chris or Anna </w:t>
      </w:r>
      <w:r w:rsidR="00F71723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-</w:t>
      </w:r>
      <w:r w:rsidR="00187D87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 West End</w:t>
      </w:r>
      <w:r w:rsidR="00D525FE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Community Centre</w:t>
      </w:r>
      <w:r w:rsidR="00795F18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-</w:t>
      </w:r>
      <w:r w:rsidR="00187D87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 </w:t>
      </w:r>
      <w:r w:rsidR="00460B1A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01282 435865 </w:t>
      </w:r>
      <w:hyperlink r:id="rId8" w:history="1">
        <w:r w:rsidR="00C12ADF" w:rsidRPr="00A95E38">
          <w:rPr>
            <w:rStyle w:val="Hyperlink"/>
            <w:rFonts w:ascii="Segoe UI" w:hAnsi="Segoe UI" w:cs="Segoe UI"/>
            <w:sz w:val="24"/>
            <w:szCs w:val="24"/>
            <w:shd w:val="clear" w:color="auto" w:fill="FFFFFF"/>
          </w:rPr>
          <w:t>devworker@westendburnley.co.uk</w:t>
        </w:r>
      </w:hyperlink>
      <w:r w:rsidR="00460B1A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Secretary@westendburnley.co.uk</w:t>
      </w:r>
    </w:p>
    <w:p w14:paraId="218880A0" w14:textId="31E9616C" w:rsidR="00187D87" w:rsidRPr="00795F18" w:rsidRDefault="00187D87" w:rsidP="00795F18">
      <w:pPr>
        <w:pStyle w:val="ListParagraph"/>
        <w:numPr>
          <w:ilvl w:val="0"/>
          <w:numId w:val="24"/>
        </w:num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</w:pPr>
      <w:proofErr w:type="spellStart"/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Rev</w:t>
      </w:r>
      <w:r w:rsidR="00F71723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'd</w:t>
      </w:r>
      <w:proofErr w:type="spellEnd"/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Kat </w:t>
      </w:r>
      <w:r w:rsidR="00F71723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- </w:t>
      </w:r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St Matthews Church </w:t>
      </w:r>
      <w:r w:rsidR="00926D7B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07397 775388</w:t>
      </w:r>
      <w:r w:rsidR="00460B1A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795F18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-</w:t>
      </w:r>
      <w:r w:rsidR="00460B1A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 revkatgw@gmail.com</w:t>
      </w:r>
      <w:proofErr w:type="gramEnd"/>
    </w:p>
    <w:p w14:paraId="03BA3FA8" w14:textId="1782F58E" w:rsidR="00187D87" w:rsidRPr="00795F18" w:rsidRDefault="00D525FE" w:rsidP="00795F18">
      <w:pPr>
        <w:pStyle w:val="ListParagraph"/>
        <w:numPr>
          <w:ilvl w:val="0"/>
          <w:numId w:val="24"/>
        </w:numPr>
        <w:spacing w:before="100" w:beforeAutospacing="1" w:after="100" w:afterAutospacing="1" w:line="300" w:lineRule="atLeast"/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Andrea or Emmy </w:t>
      </w:r>
      <w:r w:rsidR="00F71723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- </w:t>
      </w:r>
      <w:r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Valley St Community </w:t>
      </w:r>
      <w:r w:rsidR="00795F18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Centre - </w:t>
      </w:r>
      <w:r w:rsidR="00795F18" w:rsidRPr="00795F18">
        <w:rPr>
          <w:rFonts w:ascii="Segoe UI" w:eastAsia="Times New Roman" w:hAnsi="Segoe UI" w:cs="Segoe UI"/>
          <w:color w:val="000000"/>
        </w:rPr>
        <w:t xml:space="preserve">01282 686414 </w:t>
      </w:r>
      <w:proofErr w:type="gramStart"/>
      <w:r w:rsidR="00795F18" w:rsidRPr="00795F18">
        <w:rPr>
          <w:rStyle w:val="normaltextrun"/>
          <w:rFonts w:ascii="Segoe UI" w:hAnsi="Segoe UI" w:cs="Segoe UI"/>
          <w:color w:val="000000"/>
          <w:sz w:val="24"/>
          <w:szCs w:val="24"/>
          <w:shd w:val="clear" w:color="auto" w:fill="FFFFFF"/>
        </w:rPr>
        <w:t>ABushell@calico.org.uk  EDickinson@calico.org.uk</w:t>
      </w:r>
      <w:proofErr w:type="gramEnd"/>
    </w:p>
    <w:p w14:paraId="466481BF" w14:textId="6EF4640B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18D25C13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5. DEADLINE FOR APPLICATIONS</w:t>
      </w:r>
    </w:p>
    <w:p w14:paraId="5922F6A7" w14:textId="58CFEDA3" w:rsidR="005F3D7A" w:rsidRPr="00C72E5C" w:rsidRDefault="00795F18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12ADF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Drop applications to </w:t>
      </w:r>
      <w:r w:rsidR="00C12ADF" w:rsidRPr="00C12ADF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any of the organisations listed above </w:t>
      </w:r>
      <w:r w:rsidRPr="00C12ADF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or send them </w:t>
      </w:r>
      <w:r w:rsidR="00C12ADF" w:rsidRPr="00C12ADF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secretary@westendburnley.co.uk</w:t>
      </w:r>
      <w:r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by </w:t>
      </w:r>
      <w:r w:rsidR="005F3D7A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Midnight, Sunday </w:t>
      </w:r>
      <w:r w:rsidR="00C12ADF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10</w:t>
      </w:r>
      <w:r w:rsidR="00C12ADF">
        <w:rPr>
          <w:rFonts w:ascii="Segoe UI" w:eastAsia="Times New Roman" w:hAnsi="Segoe UI" w:cs="Segoe UI"/>
          <w:b/>
          <w:bCs/>
          <w:sz w:val="24"/>
          <w:szCs w:val="24"/>
          <w:vertAlign w:val="superscript"/>
          <w:lang w:val="en-GB" w:eastAsia="en-GB"/>
        </w:rPr>
        <w:t>th</w:t>
      </w:r>
      <w:r w:rsidR="00BA4A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May</w:t>
      </w:r>
    </w:p>
    <w:p w14:paraId="2D5D55E3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Late applications cannot be accepted.</w:t>
      </w:r>
    </w:p>
    <w:p w14:paraId="70B4AA8C" w14:textId="30AEF913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5DFFA8D4" w14:textId="4532A617" w:rsidR="005F3D7A" w:rsidRPr="008E4524" w:rsidRDefault="005F3D7A" w:rsidP="008E4524">
      <w:pPr>
        <w:pStyle w:val="ListParagraph"/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 w:line="300" w:lineRule="atLeast"/>
        <w:ind w:hanging="720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8E4524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>THE APPLICATION FORM</w:t>
      </w:r>
    </w:p>
    <w:p w14:paraId="19AAB6C7" w14:textId="4C3F04FA" w:rsidR="008E4524" w:rsidRPr="008E4524" w:rsidRDefault="008E4524" w:rsidP="008E4524">
      <w:pPr>
        <w:pStyle w:val="ListParagraph"/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kern w:val="36"/>
          <w:sz w:val="24"/>
          <w:szCs w:val="24"/>
          <w:lang w:val="en-GB" w:eastAsia="en-GB"/>
        </w:rPr>
      </w:pPr>
      <w:r w:rsidRPr="008E4524">
        <w:rPr>
          <w:rFonts w:ascii="Segoe UI" w:eastAsia="Times New Roman" w:hAnsi="Segoe UI" w:cs="Segoe UI"/>
          <w:kern w:val="36"/>
          <w:sz w:val="24"/>
          <w:szCs w:val="24"/>
          <w:lang w:val="en-GB" w:eastAsia="en-GB"/>
        </w:rPr>
        <w:t>Cut and paste this into a new document or straight into an email</w:t>
      </w:r>
    </w:p>
    <w:p w14:paraId="4F2BF036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379AFAC" wp14:editId="5E551C8B">
            <wp:simplePos x="0" y="0"/>
            <wp:positionH relativeFrom="column">
              <wp:posOffset>4813300</wp:posOffset>
            </wp:positionH>
            <wp:positionV relativeFrom="paragraph">
              <wp:posOffset>-285750</wp:posOffset>
            </wp:positionV>
            <wp:extent cx="1097280" cy="1097280"/>
            <wp:effectExtent l="0" t="0" r="7620" b="762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B2AAC" w14:textId="77777777" w:rsidR="00D525FE" w:rsidRPr="00D525FE" w:rsidRDefault="00D525FE" w:rsidP="00D525FE">
      <w:pPr>
        <w:pStyle w:val="Heading1"/>
        <w:rPr>
          <w:rFonts w:ascii="Segoe UI" w:hAnsi="Segoe UI" w:cs="Segoe UI"/>
          <w:sz w:val="24"/>
          <w:szCs w:val="24"/>
        </w:rPr>
      </w:pPr>
      <w:proofErr w:type="gramStart"/>
      <w:r w:rsidRPr="00D525FE">
        <w:rPr>
          <w:rFonts w:ascii="Segoe UI" w:hAnsi="Segoe UI" w:cs="Segoe UI"/>
          <w:sz w:val="24"/>
          <w:szCs w:val="24"/>
        </w:rPr>
        <w:lastRenderedPageBreak/>
        <w:t>South West</w:t>
      </w:r>
      <w:proofErr w:type="gramEnd"/>
      <w:r w:rsidRPr="00D525FE">
        <w:rPr>
          <w:rFonts w:ascii="Segoe UI" w:hAnsi="Segoe UI" w:cs="Segoe UI"/>
          <w:sz w:val="24"/>
          <w:szCs w:val="24"/>
        </w:rPr>
        <w:t xml:space="preserve"> Burnley Together we CAN! – Application Form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3890E745" w14:textId="2744FA62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1. About You / Your Group</w:t>
      </w:r>
      <w:r w:rsidRPr="00D525FE">
        <w:rPr>
          <w:rFonts w:ascii="Segoe UI" w:hAnsi="Segoe UI" w:cs="Segoe UI"/>
          <w:sz w:val="24"/>
          <w:szCs w:val="24"/>
        </w:rPr>
        <w:br/>
        <w:t xml:space="preserve">Name of applicant or group: </w:t>
      </w:r>
      <w:r w:rsidRPr="00D525FE">
        <w:rPr>
          <w:rFonts w:ascii="Segoe UI" w:hAnsi="Segoe UI" w:cs="Segoe UI"/>
          <w:sz w:val="24"/>
          <w:szCs w:val="24"/>
        </w:rPr>
        <w:br/>
        <w:t xml:space="preserve">Contact person: </w:t>
      </w:r>
      <w:r w:rsidRPr="00D525FE">
        <w:rPr>
          <w:rFonts w:ascii="Segoe UI" w:hAnsi="Segoe UI" w:cs="Segoe UI"/>
          <w:sz w:val="24"/>
          <w:szCs w:val="24"/>
        </w:rPr>
        <w:br/>
        <w:t xml:space="preserve">Phone:  Email: </w:t>
      </w:r>
      <w:r w:rsidRPr="00D525FE">
        <w:rPr>
          <w:rFonts w:ascii="Segoe UI" w:hAnsi="Segoe UI" w:cs="Segoe UI"/>
          <w:sz w:val="24"/>
          <w:szCs w:val="24"/>
        </w:rPr>
        <w:br/>
        <w:t xml:space="preserve">Address/Area of SW Burnley: </w:t>
      </w:r>
      <w:r w:rsidRPr="00D525FE">
        <w:rPr>
          <w:rFonts w:ascii="Segoe UI" w:hAnsi="Segoe UI" w:cs="Segoe UI"/>
          <w:sz w:val="24"/>
          <w:szCs w:val="24"/>
        </w:rPr>
        <w:br/>
        <w:t xml:space="preserve">Applying as: Individual / Group / Youth / Other 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6663A5C9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 xml:space="preserve">2. Your </w:t>
      </w:r>
      <w:proofErr w:type="gramStart"/>
      <w:r w:rsidRPr="00D525FE">
        <w:rPr>
          <w:rFonts w:ascii="Segoe UI" w:hAnsi="Segoe UI" w:cs="Segoe UI"/>
          <w:b/>
          <w:bCs/>
          <w:sz w:val="24"/>
          <w:szCs w:val="24"/>
        </w:rPr>
        <w:t>Idea</w:t>
      </w:r>
      <w:proofErr w:type="gramEnd"/>
      <w:r w:rsidRPr="00D525FE">
        <w:rPr>
          <w:rFonts w:ascii="Segoe UI" w:hAnsi="Segoe UI" w:cs="Segoe UI"/>
          <w:sz w:val="24"/>
          <w:szCs w:val="24"/>
        </w:rPr>
        <w:br/>
        <w:t xml:space="preserve">Project title: </w:t>
      </w:r>
      <w:r w:rsidRPr="00D525FE">
        <w:rPr>
          <w:rFonts w:ascii="Segoe UI" w:hAnsi="Segoe UI" w:cs="Segoe UI"/>
          <w:sz w:val="24"/>
          <w:szCs w:val="24"/>
        </w:rPr>
        <w:br/>
        <w:t>Describe your idea (what you want to do and why):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189217C1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br/>
        <w:t xml:space="preserve">Who will benefit and how will it help </w:t>
      </w:r>
      <w:proofErr w:type="gramStart"/>
      <w:r w:rsidRPr="00D525FE">
        <w:rPr>
          <w:rFonts w:ascii="Segoe UI" w:hAnsi="Segoe UI" w:cs="Segoe UI"/>
          <w:sz w:val="24"/>
          <w:szCs w:val="24"/>
        </w:rPr>
        <w:t>South West</w:t>
      </w:r>
      <w:proofErr w:type="gramEnd"/>
      <w:r w:rsidRPr="00D525FE">
        <w:rPr>
          <w:rFonts w:ascii="Segoe UI" w:hAnsi="Segoe UI" w:cs="Segoe UI"/>
          <w:sz w:val="24"/>
          <w:szCs w:val="24"/>
        </w:rPr>
        <w:t xml:space="preserve"> Burnley?</w:t>
      </w:r>
      <w:r w:rsidRPr="00D525FE">
        <w:rPr>
          <w:rFonts w:ascii="Segoe UI" w:hAnsi="Segoe UI" w:cs="Segoe UI"/>
          <w:sz w:val="24"/>
          <w:szCs w:val="24"/>
        </w:rPr>
        <w:br/>
      </w:r>
    </w:p>
    <w:p w14:paraId="235F85D6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</w:p>
    <w:p w14:paraId="2A05134A" w14:textId="75C50BB8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br/>
      </w:r>
    </w:p>
    <w:p w14:paraId="1FC1D3D4" w14:textId="785FA3EF" w:rsidR="00D525FE" w:rsidRPr="00D525FE" w:rsidRDefault="00D525FE" w:rsidP="00D525FE">
      <w:pPr>
        <w:rPr>
          <w:rFonts w:ascii="Segoe UI" w:hAnsi="Segoe UI" w:cs="Segoe UI"/>
          <w:b/>
          <w:bCs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3. Budget</w:t>
      </w:r>
      <w:r w:rsidRPr="00D525FE">
        <w:rPr>
          <w:rFonts w:ascii="Segoe UI" w:hAnsi="Segoe UI" w:cs="Segoe UI"/>
          <w:sz w:val="24"/>
          <w:szCs w:val="24"/>
        </w:rPr>
        <w:br/>
        <w:t>Amount requested (£50–£500): £</w:t>
      </w:r>
      <w:r w:rsidRPr="00D525FE">
        <w:rPr>
          <w:rFonts w:ascii="Segoe UI" w:hAnsi="Segoe UI" w:cs="Segoe UI"/>
          <w:sz w:val="24"/>
          <w:szCs w:val="24"/>
        </w:rPr>
        <w:br/>
        <w:t>How the money will be spent:</w:t>
      </w:r>
      <w:r w:rsidRPr="00D525FE">
        <w:rPr>
          <w:rFonts w:ascii="Segoe UI" w:hAnsi="Segoe UI" w:cs="Segoe UI"/>
          <w:sz w:val="24"/>
          <w:szCs w:val="24"/>
        </w:rPr>
        <w:br/>
      </w:r>
      <w:r w:rsidRPr="00D525FE">
        <w:rPr>
          <w:rFonts w:ascii="Segoe UI" w:hAnsi="Segoe UI" w:cs="Segoe UI"/>
          <w:sz w:val="24"/>
          <w:szCs w:val="24"/>
        </w:rPr>
        <w:br/>
      </w:r>
    </w:p>
    <w:p w14:paraId="69E82C9A" w14:textId="082104E2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4. Support &amp; Delivery</w:t>
      </w:r>
      <w:r w:rsidRPr="00D525FE">
        <w:rPr>
          <w:rFonts w:ascii="Segoe UI" w:hAnsi="Segoe UI" w:cs="Segoe UI"/>
          <w:sz w:val="24"/>
          <w:szCs w:val="24"/>
        </w:rPr>
        <w:br/>
        <w:t>Do you want a partner organisation to hold the funds? Yes / No</w:t>
      </w:r>
      <w:r w:rsidRPr="00D525FE">
        <w:rPr>
          <w:rFonts w:ascii="Segoe UI" w:hAnsi="Segoe UI" w:cs="Segoe UI"/>
          <w:sz w:val="24"/>
          <w:szCs w:val="24"/>
        </w:rPr>
        <w:br/>
        <w:t xml:space="preserve">Support needed (if any): </w:t>
      </w:r>
      <w:r w:rsidRPr="00D525FE">
        <w:rPr>
          <w:rFonts w:ascii="Segoe UI" w:hAnsi="Segoe UI" w:cs="Segoe UI"/>
          <w:sz w:val="24"/>
          <w:szCs w:val="24"/>
        </w:rPr>
        <w:br/>
      </w:r>
      <w:r w:rsidRPr="00D525FE">
        <w:rPr>
          <w:rFonts w:ascii="Segoe UI" w:hAnsi="Segoe UI" w:cs="Segoe UI"/>
          <w:sz w:val="24"/>
          <w:szCs w:val="24"/>
        </w:rPr>
        <w:br/>
      </w:r>
    </w:p>
    <w:p w14:paraId="7D086B09" w14:textId="2F181FB4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lastRenderedPageBreak/>
        <w:t>6. Consent</w:t>
      </w:r>
      <w:r w:rsidRPr="00D525FE">
        <w:rPr>
          <w:rFonts w:ascii="Segoe UI" w:hAnsi="Segoe UI" w:cs="Segoe UI"/>
          <w:sz w:val="24"/>
          <w:szCs w:val="24"/>
        </w:rPr>
        <w:br/>
        <w:t xml:space="preserve">I confirm this project will benefit </w:t>
      </w:r>
      <w:proofErr w:type="gramStart"/>
      <w:r w:rsidRPr="00D525FE">
        <w:rPr>
          <w:rFonts w:ascii="Segoe UI" w:hAnsi="Segoe UI" w:cs="Segoe UI"/>
          <w:sz w:val="24"/>
          <w:szCs w:val="24"/>
        </w:rPr>
        <w:t>South West</w:t>
      </w:r>
      <w:proofErr w:type="gramEnd"/>
      <w:r w:rsidRPr="00D525FE">
        <w:rPr>
          <w:rFonts w:ascii="Segoe UI" w:hAnsi="Segoe UI" w:cs="Segoe UI"/>
          <w:sz w:val="24"/>
          <w:szCs w:val="24"/>
        </w:rPr>
        <w:t xml:space="preserve"> Burnley.</w:t>
      </w:r>
      <w:r w:rsidRPr="00D525FE">
        <w:rPr>
          <w:rFonts w:ascii="Segoe UI" w:hAnsi="Segoe UI" w:cs="Segoe UI"/>
          <w:sz w:val="24"/>
          <w:szCs w:val="24"/>
        </w:rPr>
        <w:br/>
        <w:t xml:space="preserve">Signature: Date: </w:t>
      </w:r>
    </w:p>
    <w:p w14:paraId="45604B93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</w:p>
    <w:p w14:paraId="1134BAA3" w14:textId="77777777" w:rsidR="00D525FE" w:rsidRPr="00D525FE" w:rsidRDefault="00D525FE" w:rsidP="00D525FE">
      <w:pPr>
        <w:pStyle w:val="ListParagraph"/>
        <w:numPr>
          <w:ilvl w:val="0"/>
          <w:numId w:val="14"/>
        </w:numPr>
        <w:tabs>
          <w:tab w:val="clear" w:pos="720"/>
          <w:tab w:val="num" w:pos="426"/>
        </w:tabs>
        <w:ind w:hanging="720"/>
        <w:rPr>
          <w:rFonts w:ascii="Segoe UI" w:hAnsi="Segoe UI" w:cs="Segoe UI"/>
          <w:b/>
          <w:bCs/>
          <w:sz w:val="24"/>
          <w:szCs w:val="24"/>
        </w:rPr>
      </w:pPr>
      <w:r w:rsidRPr="00D525FE">
        <w:rPr>
          <w:rFonts w:ascii="Segoe UI" w:hAnsi="Segoe UI" w:cs="Segoe UI"/>
          <w:b/>
          <w:bCs/>
          <w:sz w:val="24"/>
          <w:szCs w:val="24"/>
        </w:rPr>
        <w:t>Supporters</w:t>
      </w:r>
    </w:p>
    <w:p w14:paraId="25BCE849" w14:textId="5EAC4089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t>Signatures of people who support this application:</w:t>
      </w:r>
    </w:p>
    <w:p w14:paraId="76A3514B" w14:textId="77777777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t>!.</w:t>
      </w:r>
    </w:p>
    <w:p w14:paraId="4405AF40" w14:textId="77777777" w:rsidR="00CD6039" w:rsidRDefault="00D525FE" w:rsidP="00CD6039">
      <w:pPr>
        <w:spacing w:before="100" w:beforeAutospacing="1" w:after="100" w:afterAutospacing="1" w:line="300" w:lineRule="atLeast"/>
        <w:outlineLvl w:val="1"/>
        <w:rPr>
          <w:rFonts w:ascii="Segoe UI" w:hAnsi="Segoe UI" w:cs="Segoe UI"/>
          <w:sz w:val="24"/>
          <w:szCs w:val="24"/>
        </w:rPr>
      </w:pPr>
      <w:r w:rsidRPr="00D525FE">
        <w:rPr>
          <w:rFonts w:ascii="Segoe UI" w:hAnsi="Segoe UI" w:cs="Segoe UI"/>
          <w:sz w:val="24"/>
          <w:szCs w:val="24"/>
        </w:rPr>
        <w:t>2.</w:t>
      </w:r>
    </w:p>
    <w:p w14:paraId="2A0E4BB3" w14:textId="4B2776CF" w:rsidR="00CD6039" w:rsidRPr="00C72E5C" w:rsidRDefault="00D525FE" w:rsidP="00CD6039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D525FE">
        <w:rPr>
          <w:rFonts w:ascii="Segoe UI" w:hAnsi="Segoe UI" w:cs="Segoe UI"/>
          <w:sz w:val="24"/>
          <w:szCs w:val="24"/>
        </w:rPr>
        <w:br/>
      </w:r>
      <w:r w:rsidR="00CD6039"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SECTION 8 — For Applicants Under 18</w:t>
      </w:r>
    </w:p>
    <w:p w14:paraId="017AE773" w14:textId="77777777" w:rsidR="00CD6039" w:rsidRPr="00C72E5C" w:rsidRDefault="00CD6039" w:rsidP="00CD603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If the lead applicant is under 18, a responsible adult must complete this section.</w:t>
      </w:r>
    </w:p>
    <w:p w14:paraId="630DDCF3" w14:textId="77777777" w:rsidR="00CD6039" w:rsidRPr="00CD6039" w:rsidRDefault="00CD6039" w:rsidP="00CD603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t>Name: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Relationship to applicant: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Contact details: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Signature:</w:t>
      </w:r>
      <w:r w:rsidRPr="00CD6039">
        <w:rPr>
          <w:rFonts w:ascii="Segoe UI" w:eastAsia="Times New Roman" w:hAnsi="Segoe UI" w:cs="Segoe UI"/>
          <w:sz w:val="24"/>
          <w:szCs w:val="24"/>
          <w:lang w:val="en-GB" w:eastAsia="en-GB"/>
        </w:rPr>
        <w:br/>
        <w:t>Date:</w:t>
      </w:r>
    </w:p>
    <w:p w14:paraId="0B03FFD1" w14:textId="25E23CA2" w:rsidR="00D525FE" w:rsidRPr="00D525FE" w:rsidRDefault="00D525FE" w:rsidP="00D525FE">
      <w:pPr>
        <w:rPr>
          <w:rFonts w:ascii="Segoe UI" w:hAnsi="Segoe UI" w:cs="Segoe UI"/>
          <w:sz w:val="24"/>
          <w:szCs w:val="24"/>
        </w:rPr>
      </w:pPr>
    </w:p>
    <w:p w14:paraId="2FD27FB4" w14:textId="10ED56D4" w:rsidR="005F3D7A" w:rsidRPr="00C72E5C" w:rsidRDefault="005F3D7A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</w:p>
    <w:p w14:paraId="3979F149" w14:textId="7C28AF85" w:rsidR="005F3D7A" w:rsidRPr="00C72E5C" w:rsidRDefault="005F3D7A" w:rsidP="005F3D7A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kern w:val="36"/>
          <w:sz w:val="24"/>
          <w:szCs w:val="24"/>
          <w:lang w:val="en-GB" w:eastAsia="en-GB"/>
        </w:rPr>
        <w:t xml:space="preserve">7. VIDEO APPLICATION GUIDE </w:t>
      </w:r>
    </w:p>
    <w:p w14:paraId="162A4FA5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HOW TO MAKE A VIDEO APPLICATION (2–5 minutes)</w:t>
      </w:r>
    </w:p>
    <w:p w14:paraId="703E2369" w14:textId="77777777" w:rsidR="005F3D7A" w:rsidRPr="00C72E5C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Your video should include:</w:t>
      </w:r>
    </w:p>
    <w:p w14:paraId="1AE1755F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Who you are</w:t>
      </w:r>
    </w:p>
    <w:p w14:paraId="56608BA9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Your project idea</w:t>
      </w:r>
    </w:p>
    <w:p w14:paraId="50DABD8B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Why your idea is needed</w:t>
      </w:r>
    </w:p>
    <w:p w14:paraId="72A64D97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Who will benefit</w:t>
      </w:r>
    </w:p>
    <w:p w14:paraId="70FBA0B9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How you will spend the money</w:t>
      </w:r>
    </w:p>
    <w:p w14:paraId="0051D79E" w14:textId="77777777" w:rsidR="005F3D7A" w:rsidRPr="00C72E5C" w:rsidRDefault="005F3D7A" w:rsidP="005F3D7A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Anything else you want voters to know</w:t>
      </w:r>
    </w:p>
    <w:p w14:paraId="5EC965FE" w14:textId="77777777" w:rsidR="005F3D7A" w:rsidRPr="00C72E5C" w:rsidRDefault="00087179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>
        <w:rPr>
          <w:rFonts w:ascii="Segoe UI" w:eastAsia="Times New Roman" w:hAnsi="Segoe UI" w:cs="Segoe UI"/>
          <w:sz w:val="24"/>
          <w:szCs w:val="24"/>
          <w:lang w:val="en-GB" w:eastAsia="en-GB"/>
        </w:rPr>
        <w:lastRenderedPageBreak/>
        <w:pict w14:anchorId="52A50426">
          <v:rect id="_x0000_i1025" style="width:0;height:1.5pt" o:hralign="center" o:hrstd="t" o:hr="t" fillcolor="#a0a0a0" stroked="f"/>
        </w:pict>
      </w:r>
    </w:p>
    <w:p w14:paraId="6F5AB7CF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Tips for a good video</w:t>
      </w:r>
    </w:p>
    <w:p w14:paraId="064A7611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Use your phone — no fancy equipment needed</w:t>
      </w:r>
    </w:p>
    <w:p w14:paraId="71A01302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Film in a quiet place</w:t>
      </w:r>
    </w:p>
    <w:p w14:paraId="250633B5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Make sure there is enough light</w:t>
      </w:r>
    </w:p>
    <w:p w14:paraId="79FA6384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Hold your phone steady or prop it up</w:t>
      </w:r>
    </w:p>
    <w:p w14:paraId="15C8CB12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Speak as if you’re telling a friend about your idea</w:t>
      </w:r>
    </w:p>
    <w:p w14:paraId="53233ECA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Show the space you plan to use (optional)</w:t>
      </w:r>
    </w:p>
    <w:p w14:paraId="0A2CAFA4" w14:textId="77777777" w:rsidR="005F3D7A" w:rsidRPr="00C72E5C" w:rsidRDefault="005F3D7A" w:rsidP="005F3D7A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>You can include others (group members, young people, supporters)</w:t>
      </w:r>
    </w:p>
    <w:p w14:paraId="6F5ADB66" w14:textId="77777777" w:rsidR="005F3D7A" w:rsidRPr="00C72E5C" w:rsidRDefault="00087179" w:rsidP="005F3D7A">
      <w:pPr>
        <w:spacing w:after="0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>
        <w:rPr>
          <w:rFonts w:ascii="Segoe UI" w:eastAsia="Times New Roman" w:hAnsi="Segoe UI" w:cs="Segoe UI"/>
          <w:sz w:val="24"/>
          <w:szCs w:val="24"/>
          <w:lang w:val="en-GB" w:eastAsia="en-GB"/>
        </w:rPr>
        <w:pict w14:anchorId="1F9D0497">
          <v:rect id="_x0000_i1026" style="width:0;height:1.5pt" o:hralign="center" o:hrstd="t" o:hr="t" fillcolor="#a0a0a0" stroked="f"/>
        </w:pict>
      </w:r>
    </w:p>
    <w:p w14:paraId="0B9FDA6F" w14:textId="77777777" w:rsidR="005F3D7A" w:rsidRPr="00C72E5C" w:rsidRDefault="005F3D7A" w:rsidP="005F3D7A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Need help recording your video?</w:t>
      </w:r>
    </w:p>
    <w:p w14:paraId="0E8B89E7" w14:textId="77777777" w:rsidR="005F3D7A" w:rsidRDefault="005F3D7A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4"/>
          <w:szCs w:val="24"/>
          <w:lang w:val="en-GB" w:eastAsia="en-GB"/>
        </w:rPr>
      </w:pP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Ask </w:t>
      </w:r>
      <w:r w:rsidRPr="00C72E5C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any CAN member</w:t>
      </w:r>
      <w:r w:rsidRPr="00C72E5C">
        <w:rPr>
          <w:rFonts w:ascii="Segoe UI" w:eastAsia="Times New Roman" w:hAnsi="Segoe UI" w:cs="Segoe UI"/>
          <w:sz w:val="24"/>
          <w:szCs w:val="24"/>
          <w:lang w:val="en-GB" w:eastAsia="en-GB"/>
        </w:rPr>
        <w:t xml:space="preserve"> — we can help film, upload, or talk through your idea.</w:t>
      </w:r>
    </w:p>
    <w:p w14:paraId="21A0CECB" w14:textId="28BDF8F8" w:rsidR="00500F69" w:rsidRPr="00500F69" w:rsidRDefault="00500F6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</w:p>
    <w:p w14:paraId="3129F320" w14:textId="0DE0D6D3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val="en-GB" w:eastAsia="en-GB"/>
        </w:rPr>
        <w:t>🌟</w:t>
      </w: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 xml:space="preserve"> LOW-COST PROJECT IDEAS </w:t>
      </w:r>
    </w:p>
    <w:p w14:paraId="3160E100" w14:textId="77777777" w:rsidR="00500F69" w:rsidRPr="00500F69" w:rsidRDefault="0008717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72F74AD6">
          <v:rect id="_x0000_i1027" style="width:0;height:1.5pt" o:hralign="center" o:hrstd="t" o:hr="t" fillcolor="#a0a0a0" stroked="f"/>
        </w:pict>
      </w:r>
    </w:p>
    <w:p w14:paraId="6CA496B0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1. COMMUNITY CONNECTION</w:t>
      </w:r>
    </w:p>
    <w:p w14:paraId="0135C80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Symbol" w:eastAsia="Times New Roman" w:hAnsi="Segoe UI Symbol" w:cs="Segoe UI Symbol"/>
          <w:b/>
          <w:bCs/>
          <w:sz w:val="27"/>
          <w:szCs w:val="27"/>
          <w:lang w:val="en-GB" w:eastAsia="en-GB"/>
        </w:rPr>
        <w:t>🛠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“Men’s Shed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noBreakHyphen/>
        <w:t>Style” Micro Projects</w:t>
      </w:r>
    </w:p>
    <w:p w14:paraId="0747E2E8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Low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cost, skill-sharing activities for men to meet and make things together:</w:t>
      </w:r>
    </w:p>
    <w:p w14:paraId="6BD88565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Bird boxes</w:t>
      </w:r>
    </w:p>
    <w:p w14:paraId="6C8251FC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Planter boxes</w:t>
      </w:r>
    </w:p>
    <w:p w14:paraId="5E90347E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Upcycling old furniture</w:t>
      </w:r>
    </w:p>
    <w:p w14:paraId="5D3AC107" w14:textId="77777777" w:rsidR="00500F69" w:rsidRPr="00500F69" w:rsidRDefault="00500F69" w:rsidP="00500F69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Simple repairs for neighbours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These only need donated tools, scrap wood and a venue.</w:t>
      </w:r>
    </w:p>
    <w:p w14:paraId="320C2207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☕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Community Breakfast / Brew &amp; Chat</w:t>
      </w:r>
    </w:p>
    <w:p w14:paraId="16824362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Pop-up social sessions at a shared space (library, church hall).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tea, coffee, biscuits.</w:t>
      </w:r>
    </w:p>
    <w:p w14:paraId="1E5FBC1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Symbol" w:eastAsia="Times New Roman" w:hAnsi="Segoe UI Symbol" w:cs="Segoe UI Symbol"/>
          <w:b/>
          <w:bCs/>
          <w:sz w:val="27"/>
          <w:szCs w:val="27"/>
          <w:lang w:val="en-GB" w:eastAsia="en-GB"/>
        </w:rPr>
        <w:lastRenderedPageBreak/>
        <w:t>🏘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Neighbourhood Clean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noBreakHyphen/>
        <w:t>ups or “Adopt a Street”</w:t>
      </w:r>
    </w:p>
    <w:p w14:paraId="59BFFF72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pick a street to tidy together once a month.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bin bags, gloves, litter pickers.</w:t>
      </w:r>
    </w:p>
    <w:p w14:paraId="35B795A0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🌽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Seed Swaps &amp; Growing </w:t>
      </w:r>
      <w:proofErr w:type="gramStart"/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>Meet-ups</w:t>
      </w:r>
      <w:proofErr w:type="gramEnd"/>
    </w:p>
    <w:p w14:paraId="5EF3F377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meet to exchange seeds, share advice, and grow together.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seeds and compost.</w:t>
      </w:r>
    </w:p>
    <w:p w14:paraId="4FCFFBFD" w14:textId="77777777" w:rsidR="00500F69" w:rsidRPr="00500F69" w:rsidRDefault="0008717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13FEDAFF">
          <v:rect id="_x0000_i1028" style="width:0;height:1.5pt" o:hralign="center" o:hrstd="t" o:hr="t" fillcolor="#a0a0a0" stroked="f"/>
        </w:pict>
      </w:r>
    </w:p>
    <w:p w14:paraId="7902F7FE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2. CHILDREN &amp; YOUNG PEOPLE</w:t>
      </w:r>
    </w:p>
    <w:p w14:paraId="01F0B860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🎨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Art Club or Street Art Workshops</w:t>
      </w:r>
    </w:p>
    <w:p w14:paraId="0ADDD9F9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Activities led by local volunteers or creative young people.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paint, card, markers.</w:t>
      </w:r>
    </w:p>
    <w:p w14:paraId="7BFFE78B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🎮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Gaming or Retro Games Club</w:t>
      </w:r>
    </w:p>
    <w:p w14:paraId="2362B846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Using donated consoles or low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cost board games as a safe social space.</w:t>
      </w:r>
    </w:p>
    <w:p w14:paraId="1D4418A5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🏀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Sports Taster Sessions</w:t>
      </w:r>
    </w:p>
    <w:p w14:paraId="587222CB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Street football, basketball, cricket, dance, boxing basics.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balls, cones, whistles.</w:t>
      </w:r>
    </w:p>
    <w:p w14:paraId="2DADB012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📸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Photo Walks or “Our Community in Pictures” Project</w:t>
      </w:r>
    </w:p>
    <w:p w14:paraId="7B4872B6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Young people photograph positive parts of SW Burnley and create a display.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printing photos.</w:t>
      </w:r>
    </w:p>
    <w:p w14:paraId="25659798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🎧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Podcast for Young People</w:t>
      </w:r>
    </w:p>
    <w:p w14:paraId="45757637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A simple “voices of SW Burnley” youth podcast.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one low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cost microphone.</w:t>
      </w:r>
    </w:p>
    <w:p w14:paraId="4644E735" w14:textId="77777777" w:rsidR="00500F69" w:rsidRPr="00500F69" w:rsidRDefault="0008717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332427CD">
          <v:rect id="_x0000_i1029" style="width:0;height:1.5pt" o:hralign="center" o:hrstd="t" o:hr="t" fillcolor="#a0a0a0" stroked="f"/>
        </w:pict>
      </w:r>
    </w:p>
    <w:p w14:paraId="5C66C42E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lastRenderedPageBreak/>
        <w:t>3. HEALTH &amp; WELLBEING</w:t>
      </w:r>
    </w:p>
    <w:p w14:paraId="6D80F013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🚶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Walking Group or “Walk &amp; Talk” for Men and Families</w:t>
      </w:r>
    </w:p>
    <w:p w14:paraId="0687012B" w14:textId="1B050994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Short weekly walks around Towneley or local streets.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minimal for refreshments.</w:t>
      </w:r>
    </w:p>
    <w:p w14:paraId="04447045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🧘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Chair-Based Exercise / Gentle Movement Class</w:t>
      </w:r>
    </w:p>
    <w:p w14:paraId="5093A988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Perfect for older adults or people with mobility issues.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volunteer instructor or small equipment.</w:t>
      </w:r>
    </w:p>
    <w:p w14:paraId="4BDBB586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🥗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Healthy Cooking on a Budget</w:t>
      </w:r>
    </w:p>
    <w:p w14:paraId="46CFBDD4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Cooking simple meals together using slow cookers or one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noBreakHyphen/>
        <w:t>pot recipes.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ingredients and small kitchen items.</w:t>
      </w:r>
    </w:p>
    <w:p w14:paraId="2AB25A4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🧠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Mindfulness for Beginners</w:t>
      </w:r>
    </w:p>
    <w:p w14:paraId="173E8E6B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Short sessions teaching breathing, calm spaces, and stress management.</w:t>
      </w:r>
    </w:p>
    <w:p w14:paraId="55EA67ED" w14:textId="77777777" w:rsidR="00500F69" w:rsidRPr="00500F69" w:rsidRDefault="0008717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0D17C209">
          <v:rect id="_x0000_i1030" style="width:0;height:1.5pt" o:hralign="center" o:hrstd="t" o:hr="t" fillcolor="#a0a0a0" stroked="f"/>
        </w:pict>
      </w:r>
    </w:p>
    <w:p w14:paraId="1CA1CCC3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4. COMMUNITY PRIDE &amp; ENVIRONMENT</w:t>
      </w:r>
    </w:p>
    <w:p w14:paraId="06390A44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🌻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Street Planters / Pocket Parks</w:t>
      </w:r>
    </w:p>
    <w:p w14:paraId="554B99BC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adopt a corner or planter, growing flowers or herbs.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compost, seeds, a couple of planters.</w:t>
      </w:r>
    </w:p>
    <w:p w14:paraId="5055A2A1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🧹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Clean-up Days + Kids’ “Mini Clean Team”</w:t>
      </w:r>
    </w:p>
    <w:p w14:paraId="004CD275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Great for mixed ages, teaching pride and responsibility.</w:t>
      </w:r>
    </w:p>
    <w:p w14:paraId="1E328F6C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🐦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Wildlife Homes Project</w:t>
      </w:r>
    </w:p>
    <w:p w14:paraId="14B4EF91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Build and place bird boxes, hedgehog houses, bug hotels around the triangle area.</w:t>
      </w:r>
    </w:p>
    <w:p w14:paraId="7C573A8E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lastRenderedPageBreak/>
        <w:t>🎨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Community Mural or Pavement Art Trail</w:t>
      </w:r>
    </w:p>
    <w:p w14:paraId="396E5239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Brightens public spaces and builds pride.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paint, brushes.</w:t>
      </w:r>
    </w:p>
    <w:p w14:paraId="58551944" w14:textId="77777777" w:rsidR="00500F69" w:rsidRPr="00500F69" w:rsidRDefault="0008717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637B8F96">
          <v:rect id="_x0000_i1031" style="width:0;height:1.5pt" o:hralign="center" o:hrstd="t" o:hr="t" fillcolor="#a0a0a0" stroked="f"/>
        </w:pict>
      </w:r>
    </w:p>
    <w:p w14:paraId="53B72742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>5. SKILLS, LEARNING &amp; EMPLOYABILITY</w:t>
      </w:r>
    </w:p>
    <w:p w14:paraId="3469FBD9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Symbol" w:eastAsia="Times New Roman" w:hAnsi="Segoe UI Symbol" w:cs="Segoe UI Symbol"/>
          <w:b/>
          <w:bCs/>
          <w:sz w:val="27"/>
          <w:szCs w:val="27"/>
          <w:lang w:val="en-GB" w:eastAsia="en-GB"/>
        </w:rPr>
        <w:t>🛠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“Fix-It Club”</w:t>
      </w:r>
    </w:p>
    <w:p w14:paraId="60EF8ABF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A volunteer-led group teaching basic DIY skills:</w:t>
      </w:r>
    </w:p>
    <w:p w14:paraId="60AAB633" w14:textId="77777777" w:rsidR="00500F69" w:rsidRPr="00500F69" w:rsidRDefault="00500F69" w:rsidP="00500F69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changing a lightbulb</w:t>
      </w:r>
    </w:p>
    <w:p w14:paraId="101CA330" w14:textId="77777777" w:rsidR="00500F69" w:rsidRPr="00500F69" w:rsidRDefault="00500F69" w:rsidP="00500F69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using a drill</w:t>
      </w:r>
    </w:p>
    <w:p w14:paraId="35AD280D" w14:textId="77777777" w:rsidR="00500F69" w:rsidRPr="00500F69" w:rsidRDefault="00500F69" w:rsidP="00500F69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hanging a shelf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Great for men, young people and anyone starting out.</w:t>
      </w:r>
    </w:p>
    <w:p w14:paraId="4EE65CB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💻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Basic Digital Skills Helpdesk</w:t>
      </w:r>
    </w:p>
    <w:p w14:paraId="76803BE3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Residents help neighbours with:</w:t>
      </w:r>
    </w:p>
    <w:p w14:paraId="30865805" w14:textId="77777777" w:rsidR="00500F69" w:rsidRPr="00500F69" w:rsidRDefault="00500F69" w:rsidP="00500F69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setting up email</w:t>
      </w:r>
    </w:p>
    <w:p w14:paraId="2CEB88AA" w14:textId="77777777" w:rsidR="00500F69" w:rsidRPr="00500F69" w:rsidRDefault="00500F69" w:rsidP="00500F69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job searches</w:t>
      </w:r>
    </w:p>
    <w:p w14:paraId="62E6BB38" w14:textId="77777777" w:rsidR="00500F69" w:rsidRPr="00500F69" w:rsidRDefault="00500F69" w:rsidP="00500F69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form filling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none if using library devices.</w:t>
      </w:r>
    </w:p>
    <w:p w14:paraId="48A94EE6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🧵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Sewing &amp; Mending Group</w:t>
      </w:r>
    </w:p>
    <w:p w14:paraId="2244BB8D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Fixing clothes, upcycling, making simple items.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needles, thread, a few donated machines.</w:t>
      </w:r>
    </w:p>
    <w:p w14:paraId="41DBDC93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sz w:val="27"/>
          <w:szCs w:val="27"/>
          <w:lang w:val="en-GB" w:eastAsia="en-GB"/>
        </w:rPr>
        <w:t>📚</w:t>
      </w:r>
      <w:r w:rsidRPr="00500F69">
        <w:rPr>
          <w:rFonts w:ascii="Segoe UI" w:eastAsia="Times New Roman" w:hAnsi="Segoe UI" w:cs="Segoe UI"/>
          <w:b/>
          <w:bCs/>
          <w:sz w:val="27"/>
          <w:szCs w:val="27"/>
          <w:lang w:val="en-GB" w:eastAsia="en-GB"/>
        </w:rPr>
        <w:t xml:space="preserve"> Homework / Revision Café for Teens</w:t>
      </w:r>
    </w:p>
    <w:p w14:paraId="2AA9D0C4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Run by volunteers or older students.</w:t>
      </w: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br/>
        <w:t>Costs: snacks and stationery.</w:t>
      </w:r>
    </w:p>
    <w:p w14:paraId="4FBAAF1E" w14:textId="77777777" w:rsidR="00500F69" w:rsidRPr="00500F69" w:rsidRDefault="0008717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16404FCD">
          <v:rect id="_x0000_i1032" style="width:0;height:1.5pt" o:hralign="center" o:hrstd="t" o:hr="t" fillcolor="#a0a0a0" stroked="f"/>
        </w:pict>
      </w:r>
    </w:p>
    <w:p w14:paraId="47DCE96A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val="en-GB" w:eastAsia="en-GB"/>
        </w:rPr>
        <w:lastRenderedPageBreak/>
        <w:t>🌟</w:t>
      </w: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 xml:space="preserve"> ULTRA LOW-COST PROJECTS (&lt;£100)</w:t>
      </w:r>
    </w:p>
    <w:p w14:paraId="00F36758" w14:textId="77777777" w:rsidR="00500F69" w:rsidRPr="00500F69" w:rsidRDefault="00500F69" w:rsidP="00500F69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Great for small grants:</w:t>
      </w:r>
    </w:p>
    <w:p w14:paraId="14D05AA9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Swap shop (clothes, toys, books)</w:t>
      </w:r>
    </w:p>
    <w:p w14:paraId="1832C802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Family games night</w:t>
      </w:r>
    </w:p>
    <w:p w14:paraId="6F2FC60F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Community board game library</w:t>
      </w:r>
    </w:p>
    <w:p w14:paraId="16CE2107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Book swap box on a street corner</w:t>
      </w:r>
    </w:p>
    <w:p w14:paraId="7CD5D73D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Tool library startup</w:t>
      </w:r>
    </w:p>
    <w:p w14:paraId="32AF4D3A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Community chalk festival</w:t>
      </w:r>
    </w:p>
    <w:p w14:paraId="0A326C89" w14:textId="4C9F1476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“Pay it forward” kindness cards</w:t>
      </w:r>
      <w:r>
        <w:rPr>
          <w:rFonts w:ascii="Segoe UI" w:eastAsia="Times New Roman" w:hAnsi="Segoe UI" w:cs="Segoe UI"/>
          <w:sz w:val="21"/>
          <w:szCs w:val="21"/>
          <w:lang w:val="en-GB" w:eastAsia="en-GB"/>
        </w:rPr>
        <w:t xml:space="preserve"> to warm people's hearts</w:t>
      </w:r>
    </w:p>
    <w:p w14:paraId="4B7A7BAA" w14:textId="77777777" w:rsidR="00500F69" w:rsidRPr="00500F69" w:rsidRDefault="00500F69" w:rsidP="00500F69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Pop-up tea stall at the park</w:t>
      </w:r>
    </w:p>
    <w:p w14:paraId="34E715EE" w14:textId="77777777" w:rsidR="00500F69" w:rsidRPr="00500F69" w:rsidRDefault="00087179" w:rsidP="00500F69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>
        <w:rPr>
          <w:rFonts w:ascii="Segoe UI" w:eastAsia="Times New Roman" w:hAnsi="Segoe UI" w:cs="Segoe UI"/>
          <w:sz w:val="21"/>
          <w:szCs w:val="21"/>
          <w:lang w:val="en-GB" w:eastAsia="en-GB"/>
        </w:rPr>
        <w:pict w14:anchorId="3C422AF0">
          <v:rect id="_x0000_i1033" style="width:0;height:1.5pt" o:hralign="center" o:hrstd="t" o:hr="t" fillcolor="#a0a0a0" stroked="f"/>
        </w:pict>
      </w:r>
    </w:p>
    <w:p w14:paraId="204117E4" w14:textId="77777777" w:rsidR="00500F69" w:rsidRPr="00500F69" w:rsidRDefault="00500F69" w:rsidP="00500F69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</w:pPr>
      <w:r w:rsidRPr="00500F69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val="en-GB" w:eastAsia="en-GB"/>
        </w:rPr>
        <w:t>🌱</w:t>
      </w:r>
      <w:r w:rsidRPr="00500F69">
        <w:rPr>
          <w:rFonts w:ascii="Segoe UI" w:eastAsia="Times New Roman" w:hAnsi="Segoe UI" w:cs="Segoe UI"/>
          <w:b/>
          <w:bCs/>
          <w:kern w:val="36"/>
          <w:sz w:val="48"/>
          <w:szCs w:val="48"/>
          <w:lang w:val="en-GB" w:eastAsia="en-GB"/>
        </w:rPr>
        <w:t xml:space="preserve"> PROJECTS THAT BRING AGES TOGETHER</w:t>
      </w:r>
    </w:p>
    <w:p w14:paraId="7C3E43CA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Grandparents &amp; young people storytelling project</w:t>
      </w:r>
    </w:p>
    <w:p w14:paraId="7BBBA4E6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Intergenerational gardening</w:t>
      </w:r>
    </w:p>
    <w:p w14:paraId="68B209F5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“Bake and Share” sessions</w:t>
      </w:r>
    </w:p>
    <w:p w14:paraId="1134E655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Board games mixed with digital games</w:t>
      </w:r>
    </w:p>
    <w:p w14:paraId="3574F4B1" w14:textId="77777777" w:rsidR="00500F69" w:rsidRPr="00500F69" w:rsidRDefault="00500F69" w:rsidP="00500F69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val="en-GB" w:eastAsia="en-GB"/>
        </w:rPr>
      </w:pPr>
      <w:r w:rsidRPr="00500F69">
        <w:rPr>
          <w:rFonts w:ascii="Segoe UI" w:eastAsia="Times New Roman" w:hAnsi="Segoe UI" w:cs="Segoe UI"/>
          <w:sz w:val="21"/>
          <w:szCs w:val="21"/>
          <w:lang w:val="en-GB" w:eastAsia="en-GB"/>
        </w:rPr>
        <w:t>Memory café with young volunteers</w:t>
      </w:r>
    </w:p>
    <w:p w14:paraId="3FDC1F08" w14:textId="7CAC68C0" w:rsidR="00C72E5C" w:rsidRPr="00CD6039" w:rsidRDefault="00C72E5C" w:rsidP="005F3D7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</w:pPr>
      <w:r w:rsidRPr="00CD6039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>We look forward to talking to you about your project</w:t>
      </w:r>
      <w:r w:rsidR="00CD6039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, please get in touch to discuss your idea.  </w:t>
      </w:r>
      <w:r w:rsidRPr="00CD6039">
        <w:rPr>
          <w:rFonts w:ascii="Segoe UI" w:eastAsia="Times New Roman" w:hAnsi="Segoe UI" w:cs="Segoe UI"/>
          <w:b/>
          <w:bCs/>
          <w:sz w:val="24"/>
          <w:szCs w:val="24"/>
          <w:lang w:val="en-GB" w:eastAsia="en-GB"/>
        </w:rPr>
        <w:t xml:space="preserve"> Good luck!</w:t>
      </w:r>
      <w:r w:rsidR="00AA2042" w:rsidRPr="00CD6039">
        <w:rPr>
          <w:b/>
          <w:bCs/>
        </w:rPr>
        <w:t xml:space="preserve"> </w:t>
      </w:r>
    </w:p>
    <w:p w14:paraId="7B21B3B0" w14:textId="77777777" w:rsidR="005F3D7A" w:rsidRPr="00C72E5C" w:rsidRDefault="005F3D7A" w:rsidP="00FA5351">
      <w:pPr>
        <w:jc w:val="center"/>
        <w:rPr>
          <w:rFonts w:ascii="Abadi" w:hAnsi="Abadi"/>
          <w:b/>
          <w:bCs/>
          <w:sz w:val="24"/>
          <w:szCs w:val="24"/>
        </w:rPr>
      </w:pPr>
    </w:p>
    <w:p w14:paraId="19AC21D5" w14:textId="77777777" w:rsidR="00172E20" w:rsidRPr="00C72E5C" w:rsidRDefault="00172E20">
      <w:pPr>
        <w:rPr>
          <w:rFonts w:ascii="Abadi" w:hAnsi="Abadi"/>
          <w:sz w:val="24"/>
          <w:szCs w:val="24"/>
        </w:rPr>
      </w:pPr>
    </w:p>
    <w:sectPr w:rsidR="00172E20" w:rsidRPr="00C72E5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B7FFB"/>
    <w:multiLevelType w:val="multilevel"/>
    <w:tmpl w:val="4620C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23519E"/>
    <w:multiLevelType w:val="multilevel"/>
    <w:tmpl w:val="C16C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F6579B"/>
    <w:multiLevelType w:val="multilevel"/>
    <w:tmpl w:val="4B0A0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C64215"/>
    <w:multiLevelType w:val="multilevel"/>
    <w:tmpl w:val="DA7A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A24067"/>
    <w:multiLevelType w:val="multilevel"/>
    <w:tmpl w:val="DB00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F6338B"/>
    <w:multiLevelType w:val="hybridMultilevel"/>
    <w:tmpl w:val="0E52D3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7116B"/>
    <w:multiLevelType w:val="multilevel"/>
    <w:tmpl w:val="DE78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74133D"/>
    <w:multiLevelType w:val="multilevel"/>
    <w:tmpl w:val="97C03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2656DF"/>
    <w:multiLevelType w:val="multilevel"/>
    <w:tmpl w:val="C9EA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286CF8"/>
    <w:multiLevelType w:val="multilevel"/>
    <w:tmpl w:val="5074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9F3BE3"/>
    <w:multiLevelType w:val="multilevel"/>
    <w:tmpl w:val="7D021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A91B59"/>
    <w:multiLevelType w:val="hybridMultilevel"/>
    <w:tmpl w:val="9600E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67B3B"/>
    <w:multiLevelType w:val="multilevel"/>
    <w:tmpl w:val="95C0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386B41"/>
    <w:multiLevelType w:val="multilevel"/>
    <w:tmpl w:val="FC3E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EC7DF6"/>
    <w:multiLevelType w:val="multilevel"/>
    <w:tmpl w:val="12CE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9554145">
    <w:abstractNumId w:val="8"/>
  </w:num>
  <w:num w:numId="2" w16cid:durableId="1932662229">
    <w:abstractNumId w:val="6"/>
  </w:num>
  <w:num w:numId="3" w16cid:durableId="1902446654">
    <w:abstractNumId w:val="5"/>
  </w:num>
  <w:num w:numId="4" w16cid:durableId="1681155003">
    <w:abstractNumId w:val="4"/>
  </w:num>
  <w:num w:numId="5" w16cid:durableId="28915254">
    <w:abstractNumId w:val="7"/>
  </w:num>
  <w:num w:numId="6" w16cid:durableId="1900630457">
    <w:abstractNumId w:val="3"/>
  </w:num>
  <w:num w:numId="7" w16cid:durableId="1390763496">
    <w:abstractNumId w:val="2"/>
  </w:num>
  <w:num w:numId="8" w16cid:durableId="870412139">
    <w:abstractNumId w:val="1"/>
  </w:num>
  <w:num w:numId="9" w16cid:durableId="1566139172">
    <w:abstractNumId w:val="0"/>
  </w:num>
  <w:num w:numId="10" w16cid:durableId="545680722">
    <w:abstractNumId w:val="9"/>
  </w:num>
  <w:num w:numId="11" w16cid:durableId="337387347">
    <w:abstractNumId w:val="17"/>
  </w:num>
  <w:num w:numId="12" w16cid:durableId="430394455">
    <w:abstractNumId w:val="21"/>
  </w:num>
  <w:num w:numId="13" w16cid:durableId="518929032">
    <w:abstractNumId w:val="22"/>
  </w:num>
  <w:num w:numId="14" w16cid:durableId="897862074">
    <w:abstractNumId w:val="16"/>
  </w:num>
  <w:num w:numId="15" w16cid:durableId="927468324">
    <w:abstractNumId w:val="23"/>
  </w:num>
  <w:num w:numId="16" w16cid:durableId="2137329415">
    <w:abstractNumId w:val="11"/>
  </w:num>
  <w:num w:numId="17" w16cid:durableId="457259927">
    <w:abstractNumId w:val="19"/>
  </w:num>
  <w:num w:numId="18" w16cid:durableId="345981052">
    <w:abstractNumId w:val="18"/>
  </w:num>
  <w:num w:numId="19" w16cid:durableId="263736065">
    <w:abstractNumId w:val="12"/>
  </w:num>
  <w:num w:numId="20" w16cid:durableId="43605008">
    <w:abstractNumId w:val="15"/>
  </w:num>
  <w:num w:numId="21" w16cid:durableId="1970234995">
    <w:abstractNumId w:val="13"/>
  </w:num>
  <w:num w:numId="22" w16cid:durableId="1691950760">
    <w:abstractNumId w:val="10"/>
  </w:num>
  <w:num w:numId="23" w16cid:durableId="1412310922">
    <w:abstractNumId w:val="14"/>
  </w:num>
  <w:num w:numId="24" w16cid:durableId="165506139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4EDB"/>
    <w:rsid w:val="001258E4"/>
    <w:rsid w:val="0015074B"/>
    <w:rsid w:val="00171E36"/>
    <w:rsid w:val="00172E20"/>
    <w:rsid w:val="00187D87"/>
    <w:rsid w:val="0029639D"/>
    <w:rsid w:val="00325149"/>
    <w:rsid w:val="00326F90"/>
    <w:rsid w:val="00460B1A"/>
    <w:rsid w:val="004B6B16"/>
    <w:rsid w:val="00500F69"/>
    <w:rsid w:val="005D04A7"/>
    <w:rsid w:val="005F3D7A"/>
    <w:rsid w:val="00621B44"/>
    <w:rsid w:val="00756054"/>
    <w:rsid w:val="00795F18"/>
    <w:rsid w:val="007A4A57"/>
    <w:rsid w:val="007B5121"/>
    <w:rsid w:val="008D4E74"/>
    <w:rsid w:val="008E4524"/>
    <w:rsid w:val="00926D7B"/>
    <w:rsid w:val="009C2A4B"/>
    <w:rsid w:val="00A70EAE"/>
    <w:rsid w:val="00A858BF"/>
    <w:rsid w:val="00AA1D8D"/>
    <w:rsid w:val="00AA2042"/>
    <w:rsid w:val="00AF6F6B"/>
    <w:rsid w:val="00B47730"/>
    <w:rsid w:val="00B62641"/>
    <w:rsid w:val="00BA4A5C"/>
    <w:rsid w:val="00BC2027"/>
    <w:rsid w:val="00C12ADF"/>
    <w:rsid w:val="00C72E5C"/>
    <w:rsid w:val="00CB0664"/>
    <w:rsid w:val="00CD6039"/>
    <w:rsid w:val="00D525FE"/>
    <w:rsid w:val="00E20F9E"/>
    <w:rsid w:val="00ED0878"/>
    <w:rsid w:val="00ED5EDF"/>
    <w:rsid w:val="00F274D0"/>
    <w:rsid w:val="00F71723"/>
    <w:rsid w:val="00FA535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7E36AA90"/>
  <w14:defaultImageDpi w14:val="300"/>
  <w15:docId w15:val="{CBB956FE-5C30-48FB-BD36-99B0E2A5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A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351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87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worker@westendburnley.co.u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1494</Words>
  <Characters>7815</Characters>
  <Application>Microsoft Office Word</Application>
  <DocSecurity>0</DocSecurity>
  <Lines>289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Horsley, Kayt</cp:lastModifiedBy>
  <cp:revision>2</cp:revision>
  <dcterms:created xsi:type="dcterms:W3CDTF">2026-04-01T11:50:00Z</dcterms:created>
  <dcterms:modified xsi:type="dcterms:W3CDTF">2026-04-01T11:50:00Z</dcterms:modified>
  <cp:category/>
</cp:coreProperties>
</file>